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Contoh Algoritma Pemrograman Sederhana</w:t>
      </w:r>
    </w:p>
    <w:p>
      <w:r>
        <w:t>Berikut adalah contoh algoritma sederhana dalam pemrograman. Algoritma ini menggambarkan proses menghitung luas persegi panjang.</w:t>
      </w:r>
    </w:p>
    <w:p>
      <w:pPr>
        <w:pStyle w:val="Heading2"/>
      </w:pPr>
      <w:r>
        <w:t>Algoritma: Menghitung Luas Persegi Panjang</w:t>
      </w:r>
    </w:p>
    <w:p>
      <w:pPr>
        <w:pStyle w:val="ListBullet"/>
      </w:pPr>
      <w:r>
        <w:t>1. Mulai</w:t>
      </w:r>
    </w:p>
    <w:p>
      <w:pPr>
        <w:pStyle w:val="ListBullet"/>
      </w:pPr>
      <w:r>
        <w:t>2. Masukkan nilai panjang (p)</w:t>
      </w:r>
    </w:p>
    <w:p>
      <w:pPr>
        <w:pStyle w:val="ListBullet"/>
      </w:pPr>
      <w:r>
        <w:t>3. Masukkan nilai lebar (l)</w:t>
      </w:r>
    </w:p>
    <w:p>
      <w:pPr>
        <w:pStyle w:val="ListBullet"/>
      </w:pPr>
      <w:r>
        <w:t>4. Hitung luas dengan rumus: luas = p * l</w:t>
      </w:r>
    </w:p>
    <w:p>
      <w:pPr>
        <w:pStyle w:val="ListBullet"/>
      </w:pPr>
      <w:r>
        <w:t>5. Tampilkan hasil luas</w:t>
      </w:r>
    </w:p>
    <w:p>
      <w:pPr>
        <w:pStyle w:val="ListBullet"/>
      </w:pPr>
      <w:r>
        <w:t>6. Selesai</w:t>
      </w:r>
    </w:p>
    <w:p>
      <w:pPr>
        <w:pStyle w:val="Heading2"/>
      </w:pPr>
      <w:r>
        <w:t>Contoh Program dalam Python</w:t>
      </w:r>
    </w:p>
    <w:p>
      <w:r>
        <w:t># Program menghitung luas persegi panjang</w:t>
        <w:br/>
        <w:br/>
        <w:t># Input nilai panjang dan lebar</w:t>
        <w:br/>
        <w:t>p = int(input("Masukkan panjang: "))</w:t>
        <w:br/>
        <w:t>l = int(input("Masukkan lebar: "))</w:t>
        <w:br/>
        <w:br/>
        <w:t># Hitung luas</w:t>
        <w:br/>
        <w:t>luas = p * l</w:t>
        <w:br/>
        <w:br/>
        <w:t># Tampilkan hasil</w:t>
        <w:br/>
        <w:t>print("Luas persegi panjang adalah:", luas)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